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כרטיסי שיח לצוות – דף רפלקציה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רפלקציה אישית וצוותית בעקבות כרטיסי השיח לצוות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צוות חינוכי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https://tamrurei-siach.sites.tab.bot/staff.html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👩‍🏫 כרטיסי שיח לצוות – דף רפלקציה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משפטי פתיחה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op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veway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ssin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gree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4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עצור: רגע מהשבוע האחרון שבו עצרתי כדי להקשיב באמת...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תן זכות קדימה: מישהו בצוות שפינה לי דרך, ואני רוצה להודות לו או לה על...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מעבר חציה: מה עזר לי לעבור את התקופה הראשונה בתפקיד...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רמזור ירוק: תלמיד או תלמידה שהדליקו לי השנה "אור ירוק" כש...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שאלות לשיח צוותי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איך אני שומר/ת עליו בלי לפגוע בקשר?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אני עושה כשאני מזהה אותו?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אחד ליישום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צעד אחד שאני לוקח או לוקחת מהמפגש לכיתה או לצוות: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משמעותי לי היום?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ארצה להמשיך לחקור?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כרטיסי שיח לצוות – דף רפלקציה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